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🧱 דף תרגול: השלמת משפטים – מחסן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מילות קישור ומושגים בהקשר. נושאים: 📚 לשון, 🌍 גלובליזציה – כפר עולמי, 🌾 חג הסיגד.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השלמת משפטים: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(1) שורש · (2) סמיכות · (3)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השלמת משפטים: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(1) היום · (2) לכן · (3)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משפטים עם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שימוש נכון במילה לפי תפקידה.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1–ד · 2–ג · 3–ב · 4–א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🧱 השלמת משפטים – מחסן מילים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השלמת משפטים: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השלימו מילים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סמיכות  ·  תואר  ·  שורש  ·  עצם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ספר וספרייה – אותו (1) _________. „ארון ספרים” הוא צירוף (2) _________. „חדש” הוא שם (3) _________.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השלמת משפטים: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אותה משימה.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וגם  ·  אבל  ·  היום  ·  לכן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📄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בעבר פרקו סחורה ביד. (1) _________ יש מכולות. (2) _________ הפריקה מהירה. (3) _________ יש יותר זיהום.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משפטים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אחד עם מילה מהמחסן.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⭐ בונוס – מושג ↔ הגדרה: 🌾 חג הסיגד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סיגד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לא אוכלים ולא שותים לזמן מה. 🍽️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ספר הקודש של הקהילה, בגעז. 📜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מנהיג רוחני של הקהילה. 🧔🏾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צום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ד. חג של קהילת יהודי אתיופיה. 🌾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השלמת משפטים – מחסן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השלמת משפטים – מחסן מילים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