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3"/>
          <w:rtl/>
          <w:szCs w:val="33"/>
          <w:bCs/>
        </w:rPr>
        <w:t>🧱 דף תרגול: השלמת משפטים – מחסן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C2410C"/>
          <w:sz w:val="23"/>
          <w:rtl/>
          <w:szCs w:val="23"/>
          <w:bCs/>
        </w:rPr>
        <w:t>מסלול עולים חדשים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27"/>
          <w:rtl/>
          <w:szCs w:val="27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הדף מתרגל את המיומנות של המשחק באתר: מילות קישור ומושגים בהקשר. נושאים: 🌍 גלובליזציה – כפר עולמי, 🌾 חג הסיגד, 📚 לשון. זמן משוער: 15–25 דק׳. מסלול עולים חדשים: עברית פשוטה, משפטים קצרים ומילון קטן בראש דף התלמיד/ה.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א׳ – השלמת משפטים: 🌍 גלובליזציה – כפר עולמי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(1) קודם · (2) אחר כך · (3) כי · (4)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ב׳ – השלמת משפטים: 🌾 חג הסיגד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(1) כי · (2) אבל · (3) וגם · (4) אחר כך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ג׳ – משפטים עם מילות קישור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שימוש נכון במילה לפי תפקידה.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התאמה: 1–ב · 2–ג · 3–ה · 4–א · 5–ד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1"/>
          <w:rtl/>
          <w:szCs w:val="31"/>
          <w:bCs/>
        </w:rPr>
        <w:t>🧱 השלמת משפטים – מחסן מילים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C2410C"/>
          <w:sz w:val="23"/>
          <w:rtl/>
          <w:szCs w:val="23"/>
          <w:bCs/>
        </w:rPr>
        <w:t>מסלול: עולים חדשים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15803D"/>
          <w:sz w:val="23"/>
          <w:rtl/>
          <w:szCs w:val="23"/>
          <w:bCs/>
        </w:rPr>
        <w:t>📘 מילון קטן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606"/>
        <w:gridCol w:w="2606"/>
        <w:gridCol w:w="2606"/>
        <w:gridCol w:w="2606"/>
      </w:tblGrid>
      <w:tr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עברית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English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Русский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العربية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מפעל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factory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завод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مصنع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עובדים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workers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рабочие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عمّال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בד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fabric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ткань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قماش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אונייה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ship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корабль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سفينة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נמל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port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порт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ميناء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מוזיקה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music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музыка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موسيقى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שפה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language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язык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لغة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מסורת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tradition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традиция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تقليد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א׳ – השלמת משפטים: 🌍 גלובליזציה – כפר עולמי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השלימו מילים מהמחסן.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5F3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🧺 מחסן מילים (לפי תפקיד):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זמן: קודם / אחר כך  ·  סיבה: כי  ·  ניגוד: אבל  ·  הוספה: וגם</w:t>
            </w:r>
          </w:p>
        </w:tc>
      </w:tr>
    </w:tbl>
    <w:p>
      <w:pPr>
        <w:bidi/>
        <w:spacing w:after="2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EF9C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📄 הטקסט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יעל קנתה טלפון. (1) _________ החלקים נוצרו בארצות שונות. (2) _________ הטלפון הגיע לחנות. יעל שמחה, (3) _________ הטלפון טוב. הטלפון יקר, (4) _________ הוא מועיל.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ב׳ – השלמת משפטים: 🌾 חג הסיגד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אותה משימה.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5F3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🧺 מחסן מילים (לפי תפקיד):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סיבה: כי  ·  תוצאה: לכן  ·  ניגוד: אבל  ·  הוספה: וגם  ·  זמן: אחר כך</w:t>
            </w:r>
          </w:p>
        </w:tc>
      </w:tr>
    </w:tbl>
    <w:p>
      <w:pPr>
        <w:bidi/>
        <w:spacing w:after="2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EF9C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📄 הטקסט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הקהילה עלתה להר, (1) _________ רצתה להתפלל. הדרך הייתה קשה, (2) _________ אף אחד לא ויתר. הם התפללו (3) _________ שרו. (4) _________ ירדו וחגגו.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ג׳ – משפטים עם מילות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כתבו משפט אחד עם מילה מהמחסן.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⭐ בונוס – מושג ↔ הגדרה: 📚 לשון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4238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מושג</w:t>
            </w:r>
          </w:p>
        </w:tc>
        <w:tc>
          <w:tcPr>
            <w:tcW w:type="dxa" w:w="1312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האות</w:t>
            </w:r>
          </w:p>
        </w:tc>
        <w:tc>
          <w:tcPr>
            <w:tcW w:type="dxa" w:w="4541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הגדרה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1. שורש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א. מילה לדבר, אדם, מקום או רעיון.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2. משקל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ב. אותיות שנותנות למילה את המשמעות.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3. ה״א הידיעה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ג. תבנית קבועה שבונים בה מילים.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4. שם עצם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ד. מילה שמתארת שם עצם.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5. שם תואר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ה. ה בתחילת מילה, כשהדבר מוכר.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27"/>
          <w:rtl/>
          <w:szCs w:val="27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🎟️ כרטיס יציאה – השלמת משפטים – מחסן מילים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✍️ משהו אחד שלמדתי: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❓ שאלה שלי: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השלמת משפטים – מחסן מילים – עולים חדשים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