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🧱 דף תרגול: השלמת משפטים – 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מילות קישור ומושגים בהקשר. נושאים: 🕎 כסליו–חנוכה, 📚 לשון, 🌍 גלובליזציה – כפר עולמי.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השלמת משפטים: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(1) כאשר · (2) לפי · (3) ולכן · (4) אף על פי ש · (5) בעוד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השלמת משפטים: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(1) שורש · (2) משקל · (3) נסמך · (4) סומך · (5) נטיית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משפטים עם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נכון במילה לפי תפקידה.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2–ו · 3–ה · 4–ג · 5–ב · 6–א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🧱 השלמת משפטים – מחסן מילים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השלמת משפטים: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כל רווח במילה מתאימה ממחסן המילים. שימו לב: יש מילים מיותרות.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ולכן  ·  אף על פי ש  ·  כמו כן  ·  לפי  ·  בעוד ש  ·  כאשר  ·  מפני ש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חנוכה חלה בחורף, (1) _________ הלילות ארוכים. (2) _________ הסיפור, פך שמן קטן הספיק לשמונה ימים, (3) _________ אוכלים מאכלי שמן. (4) _________ השמש עומד בנפרד, הוא מדליק את כל השאר. (5) _________ המאכלים שונים בין הקהילות, האור משותף לכולן.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השלמת משפטים: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שם תואר  ·  דגש קל  ·  סומך  ·  נסמך  ·  נטיית שם  ·  משקל  ·  שורש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המילים מכתב, כתובת ותכתובת חולקות את אותו (1) _________: כ-ת-ב. הן שונות זו מזו בגלל ה(2) _________ שלהן. בצירוף „ארון ספרים” המילה „ארון” היא ה(3) _________. כשמוסיפים ה״א הידיעה לצירוף, היא באה על ה(4) _________: ארון הספרים. במילה „ספרי” יש (5) _________ – כינוי קניין שמחובר לשם.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שני משפטים משלכם על אחד הנושאים, ובכל אחד מילה מהמחסנים.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התאימו מושג ↔ הגדרה: 🌍 גלובליזציה – כפר עולמי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היכולת של מדינה לייצר מוצר מסוים ביעילות רבה יותר מאחרות.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העברת שלב בייצור לחברה או למדינה אחרת, לרוב כדי לחסוך בעלויות.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חברה גדולה שפועלת ומייצרת בכמה מדינות.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תאגיד רב-לאומי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תהליך שבו מדינות, כלכלות ותרבויות נעשות קשורות ותלויות זו בזו.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מיקור חוץ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רצף השלבים והגורמים שמעבירים מוצר מחומר הגלם ועד הצרכן.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יתרון יחסי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דימוי לעולם שבו המרחקים מתקצרים בזכות תחבורה ותקשורת.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השלמת משפטים – מחסן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השלמת משפטים – מחסן מילים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