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🖼️ דף תרגול: התאמת מקורות וסמלים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התאמת סמל/מקור למושג. נושאים: 🕎 כסליו–חנוכה, 📚 לשון.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סמל ↔ מושג: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התאמה: 1–ב · 2–ג · 3–א · 4–ד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"מקור" ↔ מושג: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התאמה: 1–ד · 2–ב · 3–א · 4–ג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סמל משלי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קשר ברור בין הסמל למושג.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🖼️ התאמת מקורות וסמלים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סמל ↔ מושג: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התאימו סמל ↔ מושג.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סמל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מושג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🕎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א. פך השמן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🕯️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ב. חנוכייה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🫙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ג. שמש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4. 🌀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ד. סביבון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"מקור" ↔ מושג: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התאימו תיאור ↔ מושג.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התיאור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המושג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האותיות שנותנות למילה משמעות.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א. שם עצם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ה בתחילת מילה מוכרת.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ב. ה״א הידיעה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שם של דבר, אדם או מקום.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ג. שם תואר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4. מילה שמתארת שם עצם.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ד. שורש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סמל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בחרו מושג. ציירו סמל.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E0F2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✏️ מקום לציור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ההסבר: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התאמת מקורות וסמלים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התאמת מקורות וסמלים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