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🖼️ דף תרגול: התאמת מקורות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התאמת סמל/מקור למושג. נושאים: 📚 לשון, 🌍 גלובליזציה – כפר עולמי.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סמל ↔ מושג: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1–א · 2–ב · 3–ה · 4–ג · 5–ד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"מקור" ↔ מושג: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1–א · 2–ג · 3–ד · 4–ה · 5–ב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סמל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קשר ברור בין הסמל למושג.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🖼️ התאמת מקורות וסמלים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סמל ↔ מושג: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סמל ↔ מושג.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סמל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🌱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שורש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🧁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משקל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👉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שם עצם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📦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שם תואר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ה״א הידיעה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"מקור" ↔ מושג: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תיאור ↔ מושג.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התיאור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מדינות בעולם קשורות זו לזו.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גלובליזציה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העולם קרוב, כמו כפר אחד.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מפעל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ארגז מתכת גדול לסחורה.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כפר עולמי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מקום בחוף הים לאוניות.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מכולה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מקום שעושים בו מוצרים.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נמל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סמל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מושג. ציירו סמל.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E0F2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✏️ מקום לציור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ההסבר: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התאמת מקורות וסמלים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התאמת מקורות וסמלים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