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🖼️ דף תרגול: התאמת מקורות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התאמת סמל/מקור למושג. נושאים: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סמל ↔ מושג: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2–ה · 3–ד · 4–א · 5–ג · 6–ו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"מקור" ↔ מושג: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1–ד · 2–ב · 3–ג · 4–ו · 5–א · 6–ה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סמל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קשר ברור בין הסמל למושג.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🖼️ התאמת מקורות וסמלים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סמל ↔ מושג: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כל סמל למושג שהוא מייצג.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🌾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געז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🧔🏾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סיגד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כיסופים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🔤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אורית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💛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קסים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ברית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"מקור" ↔ מושג: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כל תיאור/הגדרה למושג.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התיאור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חג של שמונה ימים לזכר חנוכת בית המקדש, לפי המסורת.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מכבים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הנר שמדליק את שאר הנרות ועומד בנפרד.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שמש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מנהג להציב את החנוכייה במקום שרואים מבחוץ.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פרסום הנס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כד קטן של שמן טהור שלפי המסורת הספיק לשמונה ימים.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חנוכה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משפחת החשמונאים והולכים אחריה, שלפי המסורת שמרו על זהותם.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התייוונות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אימוץ התרבות היוונית ונטישת מנהגי הבית.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פך השמן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סמל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מושג מהדף, ציירו או תארו סמל חדש משלכם, והסבירו למה הוא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E0F2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✏️ מקום לציור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ההסבר: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התאמת מקורות וסמלים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התאמת מקורות וסמלים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